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jc w:val="right"/>
      </w:pPr>
      <w:r>
        <w:rPr>
          <w:rFonts w:ascii="Arial" w:hAnsi="Arial" w:cs="Arial"/>
          <w:b/>
          <w:bCs/>
          <w:color w:val="B45309"/>
          <w:sz w:val="18"/>
          <w:szCs w:val="18"/>
          <w:rtl/>
        </w:rPr>
        <w:t>מהדורה למורה · עולים חדשים · יצרה: רוית ראש בן ישי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bCs/>
          <w:color w:val="5B2A86"/>
          <w:sz w:val="41"/>
          <w:szCs w:val="41"/>
          <w:rtl/>
        </w:rPr>
        <w:t>מהדורה למורה – כתר הדרקון (פרק)</w:t>
      </w:r>
    </w:p>
    <w:p>
      <w:pPr>
        <w:bidi/>
        <w:jc w:val="right"/>
      </w:pPr>
      <w:r>
        <w:rPr>
          <w:rFonts w:ascii="Arial" w:hAnsi="Arial" w:cs="Arial"/>
          <w:b w:val="0"/>
          <w:color w:val="555555"/>
          <w:rtl/>
        </w:rPr>
        <w:t>אורי אורלב · פרק מספר · פרק מספר · גרסת עולים חדשים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במהדורה זו: מפתח תשובות לכל התרגילים, הצעות לתשובות פתוחות ומחוון קצר.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28"/>
          <w:szCs w:val="28"/>
          <w:rtl/>
        </w:rPr>
        <w:t>תשובות – חלק א׳ – הבנה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1: 1–א (חיוך) · 2–ג (טוב, ליטוף, ידידות) · 3–א (כוח החסד)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2: 1) תשובה קצרה לפי הסיכום: מאילילה היא נסיכה מארץ טובה. היא שבויה בממלכה רעה. שם אסור לחייך. היא מחייכת ועוזרת לאחרים. אנשים מתחילים לאהוב אותה. | 2) תשובה קצרה לפי הסיכום: מאילילה היא נסיכה מארץ טובה. היא שבויה בממלכה רעה. שם אסור לחייך. היא מחייכת ועוזרת לאחרים. אנשים מתחילים לאהוב אותה.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28"/>
          <w:szCs w:val="28"/>
          <w:rtl/>
        </w:rPr>
        <w:t>תשובות – חלק ב׳ – מילים ומושגים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3: 1–ה · 2–א · 3–ב · 4–ג · 5–ו · 6–ד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4: 1–ד · 2–ג · 3–ב · 4–א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28"/>
          <w:szCs w:val="28"/>
          <w:rtl/>
        </w:rPr>
        <w:t>תשובות – חלק ג׳ – כותבים בעברית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5: 3–4 משפטים פשוטים, עם מילת קישור אחת לפחות (כי / לכן / אבל).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6: 3 משפטים פשוטים הפונים לדמות; פרט אחד מהעלילה.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28"/>
          <w:szCs w:val="28"/>
          <w:rtl/>
        </w:rPr>
        <w:t>כרטיס יציאה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תשובות אישיות. תשובה מלאה: עונה על השאלה, נשענת על פרט מן היצירה, כתובה במשפטים שלמים ובסדר הגיוני.</w:t>
      </w: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sz w:val="18"/>
          <w:szCs w:val="18"/>
          <w:rtl/>
        </w:rPr>
        <w:t>דף תרגול · ספרות לכיתה ז׳ – מסע ביצירות · עולים חדשים</w:t>
      </w:r>
    </w:p>
    <w:p>
      <w:pPr>
        <w:bidi/>
        <w:jc w:val="right"/>
      </w:pPr>
      <w:r>
        <w:rPr>
          <w:rFonts w:ascii="Arial" w:hAnsi="Arial" w:cs="Arial"/>
          <w:b/>
          <w:bCs/>
          <w:rtl/>
        </w:rPr>
        <w:t>שם: ____________________     כיתה: ________     תאריך: ____________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bCs/>
          <w:color w:val="5B2A86"/>
          <w:sz w:val="41"/>
          <w:szCs w:val="41"/>
          <w:rtl/>
        </w:rPr>
        <w:t>כתר הדרקון (פרק)</w:t>
      </w:r>
    </w:p>
    <w:p>
      <w:pPr>
        <w:bidi/>
        <w:jc w:val="right"/>
      </w:pPr>
      <w:r>
        <w:rPr>
          <w:rFonts w:ascii="Arial" w:hAnsi="Arial" w:cs="Arial"/>
          <w:b w:val="0"/>
          <w:color w:val="555555"/>
          <w:rtl/>
        </w:rPr>
        <w:t>אורי אורלב · פרק מספר · פרק מספר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בקצרה, בעברית פשוטה: מאילילה היא נסיכה מארץ טובה. היא שבויה בממלכה רעה. שם אסור לחייך. היא מחייכת ועוזרת לאחרים. אנשים מתחילים לאהוב אותה.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39"/>
        <w:gridCol w:w="3439"/>
        <w:gridCol w:w="3439"/>
      </w:tblGrid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מילה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הסבר פשוט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מילה דומה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נסיכה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בת של מלך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בת מלך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שבוי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אדם שלא נותנים לו ללכת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אסיר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חיוך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פנים שמחות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צחוק קטן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ממלכה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מדינה שיש בה מלך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ארץ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אסור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לא מותר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בלתי חוקי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חסד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עזרה מכל הלב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טוב לב</w:t>
            </w:r>
          </w:p>
        </w:tc>
      </w:tr>
    </w:tbl>
    <w:p>
      <w:pPr>
        <w:bidi/>
        <w:spacing w:after="40"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2"/>
          <w:szCs w:val="32"/>
          <w:rtl/>
        </w:rPr>
        <w:t>חלק א׳ – הבנה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1. הקיפו את התשובה הנכונה.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1) מה ראה המלך לראשונה בחייו?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חיוך     ב. כתר     ג. דרקון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2) אילו מילים היו אסורות?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מלחמה וחרב     ב. מלך ומלכה     ג. טוב, ליטוף, ידידות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3) מה מסמל החיוך של מאילילה?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כוח החסד     ב. פחד     ג. חולשה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2. ענו במשפט קצר.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1) מה אסור בממלכה?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2) איך מאילילה משנה את האנשים?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2"/>
          <w:szCs w:val="32"/>
          <w:rtl/>
        </w:rPr>
        <w:t>חלק ב׳ – מילים ומושגים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3. התאימו מילה ← הסבר. אפשר להיעזר במילון שבראש הדף.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064"/>
        <w:gridCol w:w="2064"/>
        <w:gridCol w:w="2064"/>
        <w:gridCol w:w="2064"/>
        <w:gridCol w:w="2064"/>
      </w:tblGrid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#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מילה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האות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הסבר פשוט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1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נסיכה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א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אדם שלא נותנים לו ללכת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2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שבוי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ב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פנים שמחות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3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חיוך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ג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מדינה שיש בה מלך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4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ממלכה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ד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עזרה מכל הלב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5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אסור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בת של מלך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6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חסד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ו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לא מותר</w:t>
            </w:r>
          </w:p>
        </w:tc>
      </w:tr>
    </w:tbl>
    <w:p>
      <w:pPr>
        <w:bidi/>
        <w:spacing w:after="40"/>
        <w:jc w:val="right"/>
      </w:pP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4. התאימו דמות ← תכונה.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064"/>
        <w:gridCol w:w="2064"/>
        <w:gridCol w:w="2064"/>
        <w:gridCol w:w="2064"/>
        <w:gridCol w:w="2064"/>
      </w:tblGrid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#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דמות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האות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תכונה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1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מאילילה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א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שותק וחכם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2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מלך המערב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ב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אכזרית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3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המלכה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ג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קשוח ומשתנה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4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היועץ הזקן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ד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עדינה ואמיצה</w:t>
            </w:r>
          </w:p>
        </w:tc>
      </w:tr>
    </w:tbl>
    <w:p>
      <w:pPr>
        <w:bidi/>
        <w:spacing w:after="40"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2"/>
          <w:szCs w:val="32"/>
          <w:rtl/>
        </w:rPr>
        <w:t>חלק ג׳ – כותבים בעברית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5. כתבו 3–4 משפטים. השתמשו במילות הקישור: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אילו 'מילים טובות' חסרות לנו לפעמים בכיתה, ואיך אפשר להחזיר אותן?</w:t>
      </w:r>
    </w:p>
    <w:p>
      <w:pPr>
        <w:bidi/>
        <w:jc w:val="right"/>
      </w:pPr>
      <w:r>
        <w:rPr>
          <w:rFonts w:ascii="Arial" w:hAnsi="Arial" w:cs="Arial"/>
          <w:b w:val="0"/>
          <w:color w:val="0F6E74"/>
          <w:rtl/>
        </w:rPr>
        <w:t>פתיחים: אני חושב/ת ש…</w:t>
      </w:r>
    </w:p>
    <w:p>
      <w:pPr>
        <w:bidi/>
        <w:jc w:val="right"/>
      </w:pPr>
      <w:r>
        <w:rPr>
          <w:rFonts w:ascii="Arial" w:hAnsi="Arial" w:cs="Arial"/>
          <w:b w:val="0"/>
          <w:color w:val="0F6E74"/>
          <w:rtl/>
        </w:rPr>
        <w:t>מילות קישור: הוספה: וגם / בנוסף / יתר על כן / כמו כן   ניגוד: אבל / אולם / לעומת זאת / למרות   סיבה: כי / מפני ש / בגלל / משום ש   תוצאה: לכן / לפיכך / כתוצאה מכך / ולכן   דוגמה: למשל / לדוגמה / כגון   סיכום: לסיכום / בקיצור / לבסוף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 xml:space="preserve">6. 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בחרו דמות אחת מהיצירה. כתבו לה 3 משפטים: מה הייתם אומרים לה?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jc w:val="center"/>
      </w:pPr>
      <w:r>
        <w:rPr>
          <w:rFonts w:ascii="Arial" w:hAnsi="Arial" w:cs="Arial"/>
          <w:b w:val="0"/>
          <w:color w:val="777777"/>
          <w:rtl/>
        </w:rPr>
        <w:t>- - - - - - - - - - - - - - - - - - - - - - - - - - - - - - - - - - - -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2"/>
          <w:szCs w:val="32"/>
          <w:rtl/>
        </w:rPr>
        <w:t>כרטיס יציאה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כתר הדרקון (פרק) · שם: ______________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1) מילה חדשה שלמדתי היום: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2) משפט אחד על היצירה: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3) שאלה שיש לי: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sectPr w:rsidR="00FC693F" w:rsidRPr="0006063C" w:rsidSect="00034616">
      <w:footerReference w:type="default" r:id="rId9"/>
      <w:pgSz w:w="11906" w:h="16838"/>
      <w:pgMar w:top="794" w:right="794" w:bottom="794" w:left="79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rPr>
        <w:rFonts w:ascii="Arial" w:hAnsi="Arial" w:cs="Arial"/>
        <w:b w:val="0"/>
        <w:color w:val="666666"/>
        <w:sz w:val="18"/>
        <w:szCs w:val="18"/>
        <w:rtl/>
      </w:rPr>
      <w:t>יצרה: רוית ראש בן ישי · ספרות לכיתה ז׳ – מסע ביצירות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cs="Arial" w:ascii="Arial" w:hAnsi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cs="Arial" w:ascii="Arial" w:hAnsi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cs="Arial" w:ascii="Arial" w:hAnsi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