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רגיל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מהדורה למורה – כתר הדרקון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אורי אורלב · פרק מספר · פרק מספר · גרסת רגיל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(חיוך) · 2–ב (טוב, ליטוף, ידידות) · 3–ב (כוח החסד) · 4–ב (לחייך) · 5–ב (רוצים להיות ליד הנסיכה)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2–נכון · 3–לא נכון (היועץ הזקן – שותק וחכם) · 4–לא נכון (מלך המערב – קשוח ומשתנה)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1) שהיא מחייכת – זה החיוך הראשון שהוא רואה בחייו, כי בממלכתו חיוך אסור. | 2) הם מתחילים לריב מי יזכה לשרת אותה, לשמור עליה ולראות את חיוכה. | 3) שפעם הממלכה הייתה אחרת, ושאת הטוב והחיבה אי אפשר לעקור מלב האנשים – רק להשכיח אותם.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ב׳ – מושגים וכלים ספרותיים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1–ד · 2–ג · 3–א · 4–ב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1–ניגוד · 2–אירוניה · 3–סמל · 4–דמות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ג׳ – חשיבה וכתיבה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כי שליטים שרוצים לשלוט בפחד חוששים מקשרים של אהבה ואמון; מי שמכיר את הטוב מתגעגע אליו ומוכן למרוד.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7: כוחה הוא החסד: חיוך, עדינות ונתינה. בלי כלי נשק היא משנה את הלבבות סביבה.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8: תשובה אישית מנומקת עם דוגמה מהחיים או מספרים אחרים.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9: מחוון קצר: שמירה על פרטי העלילה (3), נקודת מבט עקבית (3), תיאור רגשות ומחשבות (2), לשון ופיסוק (2).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שאלה לדיון בכיתה: אילו 'מילים טובות' חסרות לנו לפעמים בכיתה, ואיך אפשר להחזיר אותן?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בנו יחד 'קיר מילים טובות'; כל אחד מוסיף מילה בלי חובה לשתף סיפור.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רגיל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כתר הדרקון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אורי אורלב · פרק מספר · פרק מספר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מאילילה, בת המלך של ארצות המזרח, מובאת שבויה לפני מלך המערב הזקן. המלך נדהם: הוא רואה חיוך – הראשון בחייו הארוכים – כי בממלכתו חיוך, חיבה וידידות אסורים בחוק. היא נכלאת בחווה מבודדת, אבל משהו מוזר קורה: המשרתות והשומרים מתחילים לריב מי יזכה להיות לידה ולראות את חיוכה. מדעני ממלכת הרוע נשלחים לחקור אותה, ועיתוניהם נחטפים בשוק; מבריחים מפיצים חוברות סודיות עם 'המילים האסורות' – טוב, יפה, ליטוף, ידידות – וסיפורים על ארץ שבה אנשים עוזרים זה לזה ומקיימים הבטחות. מאילילה מטפלת ברוך גם בתינוק החולה, יורש העצר. המלך, מודאג, קורא בספרים עתיקים וחסויים ומגלה שפעם הממלכה הייתה אחרת – ושאת הטוב אי אפשר לעקור מלב האנשים, אפשר רק להשכיח אותו.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ראה המלך לראשונה בחייו?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דרקון     ב. חיוך     ג. כתר     ד. 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אילו מילים היו אסורות?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מלחמה וחרב     ב. טוב, ליטוף, ידידות     ג. מלך ומלכה     ד. לחם ומים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מסמל החיוך של מאילילה?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חולשה     ב. כוח החסד     ג. פחד     ד. שקר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מה אסור בממלכה של המלך?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לאכול     ב. לחייך     ג. לישון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מה עושים השומרים?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בורחים     ב. רוצים להיות ליד הנסיכה     ג. ישנים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קראו כל צמד: דמות – תכונה. סמנו נכון או לא נכון. אם לא נכון – כתבו את התכונה הנכונה.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79"/>
        <w:gridCol w:w="2579"/>
        <w:gridCol w:w="2579"/>
        <w:gridCol w:w="2579"/>
      </w:tblGrid>
      <w:tr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תיקון (אם לא נכון)</w:t>
            </w:r>
          </w:p>
        </w:tc>
      </w:tr>
      <w:tr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המלכה – אכזרית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מאילילה – עדינה ואמיצה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היועץ הזקן – עדינה ואמיצה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מלך המערב – אכזרית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  <w:tc>
          <w:tcPr>
            <w:tcW w:type="dxa" w:w="257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ענו במשפט או שניים.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מפתיע את מלך המערב כשהוא רואה את מאילילה?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קורה למשרתות ולשומרים בחווה?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מגלה המלך בספרים העתיקים במגדל?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ב׳ – מושגים וכלים ספרותיים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כל כלי ספרותי לדוגמה שלו מן היצירה. כתבו את האות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כלי ספרותי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דוגמה מן היצירה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ניגוד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החיוך הוא סמל לכוח הרך של החסד והאנושיות.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אירוניה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המלך הזקן הוא דמות מתפתחת – לראשונה בחייו הוא מתחיל לזכור ולהרגיש.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סמל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דווקא מדעני 'מדעי הזדון' שבאים לחקור אותה מפיצים בלי כוונה את סיפורי הטוב.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ממלכת המערב הקרה מול ארצות המזרח החמות; פני הממלכה הקשוחים מול חיוכה של מאילילה.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השלימו את המונח המתאים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דמות   |   ניגוד   |   סמל   |   מספר   |   אירוניה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העמדה זה מול זה של דברים הפוכים כדי להבליט אותם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פער בין מה שנאמר או מצופה לבין מה שקורה באמת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3) ______ – דבר מוחשי שמייצג רעיון גדול ממנו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4) ______ – אדם, בעל חיים או יצור שפועל ביצירה; לדמות יש תכונות, רצונות ומניעים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ג׳ – חשיבה וכתיבה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שאלת פרשנות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למה ממלכת המערב אוסרת על מילים כמו 'חבר' ו'ידידות'?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7. שאלת פרשנות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כוחה של מאילילה, אף שהיא שבויה וחלשה?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8. שאלת הערכה – הביעו עמדה ונמקו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האם חיוך ומילה טובה באמת יכולים לשנות מציאות? הביאו דוגמה.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9. משימת כתיבה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כתבו 'חוברת סודית' קצרה מממלכת המערב: סיפור קצר שבו מישהו משתמש לראשונה ב'מילה אסורה' טובה.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כתר הדרקון (פרק)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איזה ספר מתוך היחידה הייתם רוצים לקרוא כולו, ולמה?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תכונה אחת של דמות שפגשתם היום, וראיה לכך.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לדעתכם יקרה בפרק הבא?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