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מומו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מיכאל אנדה · פרק מספר · פרק מספר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(להקשיב) · 2–א (במבנה עתיק בשולי העיר) · 3–ב (הם משלימים) · 4–ב (גם לחיות ולגשם)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(ניקולה הבנאי – נעלב בקלות)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2–א · 3–ב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1–מספר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בחורבות של אמפיתיאטרון עתיק בשולי העיר.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מומו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מיכאל אנדה · פרק מספר · פרק מספר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מומו היא ילדה קטנה. היא יודעת להקשיב טוב מאוד. כשמדברים איתה, אנשים מרגישים טוב יותר.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מומו יודעת לעשות הכי טוב?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לרקוד     ב. לשיר     ג. להקשיב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איפה גרה מומו?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במבנה עתיק בשולי העיר     ב. בארמון     ג. בבית 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קורה לשני החברים שרבו?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הם בוכים     ב. הם משלימים     ג. הם עוזבים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למי עוד מומו מקשיבה?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רק למבוגרים     ב. גם לחיות ולגשם     ג. לאף אחד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נינו בעל הפונדק – עוקצני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ניקולה הבנאי – עוקצני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מומו – קשובה וסבלנית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מומו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נעלב בקלות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ניקולה הבנאי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עוקצני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נינו בעל הפונדק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קשובה וסבלנית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דימוי   |   מספר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הקול שמספר את הסיפור; יכול להיות דמות בסיפור (גוף ראשון) או קול מחוץ לסיפור (גוף שלישי)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איפה גרה מומו?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מרגישים כשמקשיבים לנו באמת, ואיך אפשר להיות 'מומו' בכיתה?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מומו (פרק)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מ"מומו (פרק)":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