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שלושה בסירה אחת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ג'רום ק' ג'רום · פרק מספר · פרק מספר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(תמונה) · 2–א (בלגן גדול) · 3–ג (הוא ישב עליו) · 4–ב (לשייט בנהר)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2–נכון · 3–לא נכון (הדודה מריה – סבלנית עד גבול)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1–ד · 2–ג · 3–ב · 4–א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1–מספר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את רשימת הציוד והמצרכים להפלגה בנהר.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שלושה בסירה אחת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ג'רום ק' ג'רום · פרק מספר · פרק מספר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שלושה חברים מתכננים טיול בסירה. המספר נזכר בדוד שלו. הדוד תולה תמונה ועושה בלגן גדול.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הדוד רוצה לתלות?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שעון     ב. תמונה     ג. מנורה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איך נראה הבית בזמן העבודה?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בלגן גדול     ב. שקט     ג. ריק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איפה היה המעיל של הדוד?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בארון     ב. בחוץ     ג. הוא ישב עליו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לאן החברים רוצים לצאת?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לים     ב. לשייט בנהר     ג. לטיול בהר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הדוד פודג'ר – בטוח בעצמו ומבולבל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האריס – מתנדב שמעמיס על אחרים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הדודה מריה – מתנדב שמעמיס על אחרים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הדוד פודג'ר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הומוריסט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הדודה מריה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מתנדב שמעמיס על אחרים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האריס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סבלנית עד גבול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המספר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בטוח בעצמו ומבולבל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דמות   |   מספר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הקול שמספר את הסיפור; יכול להיות דמות בסיפור (גוף ראשון) או קול מחוץ לסיפור (גוף שלישי)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מתכננים שלושת החברים בתחילת הפרק?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עושה תכנון טוב של משימה משותפת?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שלושה בסירה אחת (פרק)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מ"שלושה בסירה אחת (פרק)":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