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שלושה בסירה אחת (פרק)</w:t>
      </w:r>
    </w:p>
    <w:p>
      <w:pPr>
        <w:bidi/>
        <w:jc w:val="right"/>
      </w:pPr>
      <w:r>
        <w:rPr>
          <w:rFonts w:ascii="Arial" w:hAnsi="Arial" w:cs="Arial"/>
          <w:b w:val="0"/>
          <w:color w:val="555555"/>
          <w:rtl/>
        </w:rPr>
        <w:t>ג'רום ק' ג'רום · פרק מספר · פרק מספר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(מונטמורנסי) · 2–ב (על הפסנתר) · 3–ב (הגזמה הומוריסטית) · 4–א (תמונה) · 5–ב (בלגן גדול)</w:t>
      </w:r>
    </w:p>
    <w:p>
      <w:pPr>
        <w:bidi/>
        <w:spacing w:after="60"/>
        <w:jc w:val="right"/>
      </w:pPr>
      <w:r>
        <w:rPr>
          <w:rFonts w:ascii="Arial" w:hAnsi="Arial" w:cs="Arial"/>
          <w:b w:val="0"/>
          <w:rtl/>
        </w:rPr>
        <w:t>תרגיל 2: 1–נכון · 2–נכון · 3–לא נכון (המספר – הומוריסט) · 4–לא נכון (הדודה מריה – סבלנית עד גבול)</w:t>
      </w:r>
    </w:p>
    <w:p>
      <w:pPr>
        <w:bidi/>
        <w:spacing w:after="60"/>
        <w:jc w:val="right"/>
      </w:pPr>
      <w:r>
        <w:rPr>
          <w:rFonts w:ascii="Arial" w:hAnsi="Arial" w:cs="Arial"/>
          <w:b w:val="0"/>
          <w:rtl/>
        </w:rPr>
        <w:t>תרגיל 3: 1) את רשימת הציוד והמצרכים להפלגה בנהר. | 2) לתלות תמונה על הקיר בחדר האורחים. | 3) היא אומרת שבפעם הבאה שירצה לדפוק מסמר יודיע לה מראש, כדי שתוכל לנסוע לסוף שבוע אצל אמה.</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1–ב · 2–א · 3–ד · 4–ג</w:t>
      </w:r>
    </w:p>
    <w:p>
      <w:pPr>
        <w:bidi/>
        <w:spacing w:after="60"/>
        <w:jc w:val="right"/>
      </w:pPr>
      <w:r>
        <w:rPr>
          <w:rFonts w:ascii="Arial" w:hAnsi="Arial" w:cs="Arial"/>
          <w:b w:val="0"/>
          <w:rtl/>
        </w:rPr>
        <w:t>תרגיל 5: 1–מספר · 2–דמות · 3–אירוניה</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שניהם 'לוקחים אחריות' אבל בפועל מעמיסים את כל העבודה על אחרים – ההשוואה יוצרת הומור וביקורת עדינה.</w:t>
      </w:r>
    </w:p>
    <w:p>
      <w:pPr>
        <w:bidi/>
        <w:spacing w:after="60"/>
        <w:jc w:val="right"/>
      </w:pPr>
      <w:r>
        <w:rPr>
          <w:rFonts w:ascii="Arial" w:hAnsi="Arial" w:cs="Arial"/>
          <w:b w:val="0"/>
          <w:rtl/>
        </w:rPr>
        <w:t>תרגיל 7: הגזמה, שרשרת תקלות שגדלה והולכת, ניגוד בין הביטחון של הדוד לבין הכישלון, וחזרה על 'מתחילים מבראשית'.</w:t>
      </w:r>
    </w:p>
    <w:p>
      <w:pPr>
        <w:bidi/>
        <w:spacing w:after="60"/>
        <w:jc w:val="right"/>
      </w:pPr>
      <w:r>
        <w:rPr>
          <w:rFonts w:ascii="Arial" w:hAnsi="Arial" w:cs="Arial"/>
          <w:b w:val="0"/>
          <w:rtl/>
        </w:rPr>
        <w:t>תרגיל 8: תשובה אישית מנומקת – אפשר שגם וגם, ותלוי אם קוראים אותו מבחוץ או חיים איתו.</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עושה תכנון טוב של משימה משותפת?</w:t>
      </w:r>
    </w:p>
    <w:p>
      <w:pPr>
        <w:bidi/>
        <w:jc w:val="right"/>
      </w:pPr>
      <w:r>
        <w:rPr>
          <w:rFonts w:ascii="Arial" w:hAnsi="Arial" w:cs="Arial"/>
          <w:b w:val="0"/>
          <w:rtl/>
        </w:rPr>
        <w:t>• קשרו לעבודת צוות בכיתה ולחלוקת תפקידים הוגנת.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שלושה בסירה אחת (פרק)</w:t>
      </w:r>
    </w:p>
    <w:p>
      <w:pPr>
        <w:bidi/>
        <w:jc w:val="right"/>
      </w:pPr>
      <w:r>
        <w:rPr>
          <w:rFonts w:ascii="Arial" w:hAnsi="Arial" w:cs="Arial"/>
          <w:b w:val="0"/>
          <w:color w:val="555555"/>
          <w:rtl/>
        </w:rPr>
        <w:t>ג'רום ק' ג'רום · פרק מספר · פרק מספר</w:t>
      </w:r>
    </w:p>
    <w:p>
      <w:pPr>
        <w:bidi/>
        <w:jc w:val="right"/>
      </w:pPr>
      <w:r>
        <w:rPr>
          <w:rFonts w:ascii="Arial" w:hAnsi="Arial" w:cs="Arial"/>
          <w:b w:val="0"/>
          <w:rtl/>
        </w:rPr>
        <w:t>תזכורת קצרה: שלושת החברים מתכנסים לתכנן את ההפלגה, והאריס מתנדב לכתוב את הרשימה – כלומר להטיל את העבודה על אחרים. זה מזכיר למספר את דודו, הדוד פודג'ר, שכל משימה שהוא לוקח על עצמו הופכת את הבית למהומה. כשצריך לתלות תמונה, הוא מגייס את כל בני הבית: אחד מביא פטיש, אחר מסמר, אחר מחזיק כיסא. הוא חותך את אצבעו, מחפש את המעיל שהוא יושב עליו, מפיל את המסמר, טועה במדידות ונופל על הפסנתר. בסוף, לקראת חצות, התמונה תלויה – עקומה ולא בטוחה – והקיר מלא חורים, וכל המשפחה מותשת.</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מי הוא הכלב בספר?</w:t>
      </w:r>
    </w:p>
    <w:p>
      <w:pPr>
        <w:bidi/>
        <w:spacing w:after="120"/>
        <w:jc w:val="right"/>
      </w:pPr>
      <w:r>
        <w:rPr>
          <w:rFonts w:ascii="Arial" w:hAnsi="Arial" w:cs="Arial"/>
          <w:b w:val="0"/>
          <w:rtl/>
        </w:rPr>
        <w:t xml:space="preserve">     א. פודג'ר     ב. מונטמורנסי     ג. האריס     ד. ג'ורג'</w:t>
      </w:r>
    </w:p>
    <w:p>
      <w:pPr>
        <w:bidi/>
        <w:jc w:val="right"/>
      </w:pPr>
      <w:r>
        <w:rPr>
          <w:rFonts w:ascii="Arial" w:hAnsi="Arial" w:cs="Arial"/>
          <w:b w:val="0"/>
          <w:rtl/>
        </w:rPr>
        <w:t>2) על מה נופל הדוד?</w:t>
      </w:r>
    </w:p>
    <w:p>
      <w:pPr>
        <w:bidi/>
        <w:spacing w:after="120"/>
        <w:jc w:val="right"/>
      </w:pPr>
      <w:r>
        <w:rPr>
          <w:rFonts w:ascii="Arial" w:hAnsi="Arial" w:cs="Arial"/>
          <w:b w:val="0"/>
          <w:rtl/>
        </w:rPr>
        <w:t xml:space="preserve">     א. על הספה     ב. על הפסנתר     ג. על השולחן     ד. על המיטה</w:t>
      </w:r>
    </w:p>
    <w:p>
      <w:pPr>
        <w:bidi/>
        <w:jc w:val="right"/>
      </w:pPr>
      <w:r>
        <w:rPr>
          <w:rFonts w:ascii="Arial" w:hAnsi="Arial" w:cs="Arial"/>
          <w:b w:val="0"/>
          <w:rtl/>
        </w:rPr>
        <w:t>3) איזה אמצעי בולט בפרק?</w:t>
      </w:r>
    </w:p>
    <w:p>
      <w:pPr>
        <w:bidi/>
        <w:spacing w:after="120"/>
        <w:jc w:val="right"/>
      </w:pPr>
      <w:r>
        <w:rPr>
          <w:rFonts w:ascii="Arial" w:hAnsi="Arial" w:cs="Arial"/>
          <w:b w:val="0"/>
          <w:rtl/>
        </w:rPr>
        <w:t xml:space="preserve">     א. חריזה     ב. הגזמה הומוריסטית     ג. משקל     ד. אגדה</w:t>
      </w:r>
    </w:p>
    <w:p>
      <w:pPr>
        <w:bidi/>
        <w:jc w:val="right"/>
      </w:pPr>
      <w:r>
        <w:rPr>
          <w:rFonts w:ascii="Arial" w:hAnsi="Arial" w:cs="Arial"/>
          <w:b w:val="0"/>
          <w:rtl/>
        </w:rPr>
        <w:t>4) מה הדוד רוצה לתלות?</w:t>
      </w:r>
    </w:p>
    <w:p>
      <w:pPr>
        <w:bidi/>
        <w:spacing w:after="120"/>
        <w:jc w:val="right"/>
      </w:pPr>
      <w:r>
        <w:rPr>
          <w:rFonts w:ascii="Arial" w:hAnsi="Arial" w:cs="Arial"/>
          <w:b w:val="0"/>
          <w:rtl/>
        </w:rPr>
        <w:t xml:space="preserve">     א. תמונה     ב. מנורה     ג. שעון</w:t>
      </w:r>
    </w:p>
    <w:p>
      <w:pPr>
        <w:bidi/>
        <w:jc w:val="right"/>
      </w:pPr>
      <w:r>
        <w:rPr>
          <w:rFonts w:ascii="Arial" w:hAnsi="Arial" w:cs="Arial"/>
          <w:b w:val="0"/>
          <w:rtl/>
        </w:rPr>
        <w:t>5) איך נראה הבית בזמן העבודה?</w:t>
      </w:r>
    </w:p>
    <w:p>
      <w:pPr>
        <w:bidi/>
        <w:spacing w:after="120"/>
        <w:jc w:val="right"/>
      </w:pPr>
      <w:r>
        <w:rPr>
          <w:rFonts w:ascii="Arial" w:hAnsi="Arial" w:cs="Arial"/>
          <w:b w:val="0"/>
          <w:rtl/>
        </w:rPr>
        <w:t xml:space="preserve">     א. שקט     ב. בלגן גדול     ג. ריק</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הדוד פודג'ר – בטוח בעצמו ומבולבל</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האריס – מתנדב שמעמיס על אחרים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המספר – בטוח בעצמו ומבולבל</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4</w:t>
            </w:r>
          </w:p>
        </w:tc>
        <w:tc>
          <w:tcPr>
            <w:tcW w:type="dxa" w:w="2579"/>
          </w:tcPr>
          <w:p>
            <w:pPr>
              <w:bidi/>
              <w:jc w:val="right"/>
            </w:pPr>
            <w:r>
              <w:rPr>
                <w:rFonts w:ascii="Arial" w:hAnsi="Arial" w:cs="Arial"/>
                <w:b w:val="0"/>
                <w:rtl/>
              </w:rPr>
              <w:t>הדודה מריה – מתנדב שמעמיס על אחרים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מה מתכננים שלושת החברים בתחילת הפרק?</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מה מנסה הדוד פודג'ר לעשות?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איך מגיבה הדודה מריה לכל המהומה?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מספר</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התקלות חוזרות: המסמר נופל, המדידה נשכחת, ומתחילים שוב מההתחלה.</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חזרות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מספר בגוף ראשון שסוטה מהעלילה הראשית לזיכרון מצחיק – סיפור בתוך סיפור.</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דמות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בסוף הדוד מכריז שהוא אוהב לעשות 'מלאכות קטנות' – אחרי שהפך את הבית לשדה קרב.</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אירוניה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הדוד פודג'ר – דמות קומית של 'מומחה' שבטוח בעצמו ונכשל שוב ושוב.</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פזמון חוזר   |   אירוניה   |   דמות   |   מספר</w:t>
      </w:r>
    </w:p>
    <w:p>
      <w:pPr>
        <w:bidi/>
        <w:spacing w:after="120"/>
        <w:jc w:val="right"/>
      </w:pPr>
      <w:r>
        <w:rPr>
          <w:rFonts w:ascii="Arial" w:hAnsi="Arial" w:cs="Arial"/>
          <w:b w:val="0"/>
          <w:rtl/>
        </w:rPr>
        <w:t>1) ______ – הקול שמספר את הסיפור; יכול להיות דמות בסיפור (גוף ראשון) או קול מחוץ לסיפור (גוף שלישי)</w:t>
      </w:r>
    </w:p>
    <w:p>
      <w:pPr>
        <w:bidi/>
        <w:spacing w:after="120"/>
        <w:jc w:val="right"/>
      </w:pPr>
      <w:r>
        <w:rPr>
          <w:rFonts w:ascii="Arial" w:hAnsi="Arial" w:cs="Arial"/>
          <w:b w:val="0"/>
          <w:rtl/>
        </w:rPr>
        <w:t>2) ______ – אדם, בעל חיים או יצור שפועל ביצירה; לדמות יש תכונות, רצונות ומניעים</w:t>
      </w:r>
    </w:p>
    <w:p>
      <w:pPr>
        <w:bidi/>
        <w:spacing w:after="120"/>
        <w:jc w:val="right"/>
      </w:pPr>
      <w:r>
        <w:rPr>
          <w:rFonts w:ascii="Arial" w:hAnsi="Arial" w:cs="Arial"/>
          <w:b w:val="0"/>
          <w:rtl/>
        </w:rPr>
        <w:t>3) ______ – פער בין מה שנאמר או מצופה לבין מה שקורה באמת</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למה המספר נזכר בדוד פודג'ר דווקא כשהאריס מתנדב לרשימה?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אילו אמצעים יוצרים את ההומור בפרק?</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הדוד פודג'ר מצחיק או מעצבן בעיניכם?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סצנה קומית משלכם: 'הדוד/ה פודג'ר מרכיב/ה ארון'. השתמשו בשרשרת תקלות ובהגזמה.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שלושה בסירה אחת (פרק) · שם: ______________</w:t>
      </w:r>
    </w:p>
    <w:p>
      <w:pPr>
        <w:bidi/>
        <w:jc w:val="right"/>
      </w:pPr>
      <w:r>
        <w:rPr>
          <w:rFonts w:ascii="Arial" w:hAnsi="Arial" w:cs="Arial"/>
          <w:b w:val="0"/>
          <w:rtl/>
        </w:rPr>
        <w:t>1) איזה ספר מתוך היחידה הייתם רוצים לקרוא כולו,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תכונה אחת של דמות שפגשתם היום, וראיה לכך.</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לדעתכם יקרה בפרק הבא?</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